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TOWN OF HOLLIS, MAINE</w:t>
      </w:r>
    </w:p>
    <w:p>
      <w:pPr>
        <w:pStyle w:val="Heading2"/>
      </w:pPr>
      <w:r>
        <w:t>ORDINANCE NO. _____</w:t>
      </w:r>
    </w:p>
    <w:p>
      <w:pPr>
        <w:pStyle w:val="Heading2"/>
      </w:pPr>
      <w:r>
        <w:t>AN ORDINANCE PROHIBITING LARGE-SCALE E-COMMERCE DISTRIBUTION AND FULFILLMENT CENTERS IN THE TOWN OF HOLLIS, MAINE</w:t>
      </w:r>
    </w:p>
    <w:p>
      <w:pPr>
        <w:pStyle w:val="Heading2"/>
      </w:pPr>
      <w:r>
        <w:t>Section 1. Purpose and Intent</w:t>
      </w:r>
    </w:p>
    <w:p>
      <w:r>
        <w:t>The Town of Hollis finds that large-scale e-commerce distribution and fulfillment centers may create substantial adverse impacts on the Town’s rural character, traffic conditions, road infrastructure, noise environment, public safety services, stormwater systems, and overall public welfare.</w:t>
        <w:br/>
        <w:br/>
        <w:t>The Town further finds that such facilities may generate high volumes of truck traffic, round-the-clock industrial activity, warehouse development pressure, and land use conflicts incompatible with the Town’s existing residential and rural nature.</w:t>
        <w:br/>
        <w:br/>
        <w:t>The purpose of this Ordinance is to preserve the rural and residential character of Hollis, protect municipal infrastructure and natural resources, and prevent incompatible industrial-scale warehouse and fulfillment operations from locating within the Town.</w:t>
        <w:br/>
        <w:br/>
        <w:t>This Ordinance is adopted pursuant to the Town’s home rule and land use authority under the laws of the State of Maine.</w:t>
      </w:r>
    </w:p>
    <w:p>
      <w:pPr>
        <w:pStyle w:val="Heading2"/>
      </w:pPr>
      <w:r>
        <w:t>Section 2. Definitions</w:t>
      </w:r>
    </w:p>
    <w:p>
      <w:r>
        <w:t>A. “Distribution Center”</w:t>
        <w:br/>
        <w:t>A building, structure, or facility used primarily for the receipt, storage, sorting, packaging, redistribution, shipment, or delivery of goods, products, or merchandise.</w:t>
        <w:br/>
        <w:br/>
        <w:t>B. “E-Commerce Fulfillment Center”</w:t>
        <w:br/>
        <w:t>A Distribution Center used primarily to fulfill online retail orders, including facilities engaged in warehousing, packaging, sorting, dispatching, or delivery logistics for internet-based commerce.</w:t>
        <w:br/>
        <w:br/>
        <w:t>C. “Large-Scale Distribution or Fulfillment Center”</w:t>
        <w:br/>
        <w:t>Any Distribution Center or E-Commerce Fulfillment Center that:</w:t>
        <w:br/>
        <w:t>1. occupies more than two thousand (2,000) square feet of gross floor area; or</w:t>
        <w:br/>
        <w:t>2. generates regular commercial truck traffic associated with regional or national distribution operations; or</w:t>
        <w:br/>
        <w:t>3. operates as part of a regional, national, or international logistics network.</w:t>
        <w:br/>
        <w:br/>
        <w:t>D. “Accessory Storage Use”</w:t>
        <w:br/>
        <w:t>Incidental storage or shipping areas accessory to a lawful principal business use, including ordinary retail back rooms, agricultural storage, municipal facilities, or small local businesses not operated as standalone warehouse or fulfillment operations.</w:t>
      </w:r>
    </w:p>
    <w:p>
      <w:pPr>
        <w:pStyle w:val="Heading2"/>
      </w:pPr>
      <w:r>
        <w:t>Section 3. Prohibited Uses</w:t>
      </w:r>
    </w:p>
    <w:p>
      <w:r>
        <w:t>A. Large-Scale Distribution or Fulfillment Centers are prohibited in all zoning districts within the Town of Hollis.</w:t>
        <w:br/>
        <w:br/>
        <w:t>B. No person, corporation, limited liability company, partnership, trust, or other entity shall:</w:t>
        <w:br/>
        <w:t>1. establish,</w:t>
        <w:br/>
        <w:t>2. construct,</w:t>
        <w:br/>
        <w:t>3. expand,</w:t>
        <w:br/>
        <w:t>4. operate, or</w:t>
        <w:br/>
        <w:t>5. substantially modify</w:t>
        <w:br/>
        <w:t>any Large-Scale Distribution or Fulfillment Center within the Town.</w:t>
        <w:br/>
        <w:br/>
        <w:t>C. This prohibition includes, but is not limited to, facilities operated for large-scale online retail distribution, package fulfillment, regional logistics operations, or similar warehouse-based delivery systems.</w:t>
      </w:r>
    </w:p>
    <w:p>
      <w:pPr>
        <w:pStyle w:val="Heading2"/>
      </w:pPr>
      <w:r>
        <w:t>Section 4. Exemptions</w:t>
      </w:r>
    </w:p>
    <w:p>
      <w:r>
        <w:t>This Ordinance shall not apply to:</w:t>
        <w:br/>
        <w:t>1. Accessory Storage Uses incidental to an otherwise lawful principal use;</w:t>
        <w:br/>
        <w:t>2. Agricultural storage buildings and farm supply facilities;</w:t>
        <w:br/>
        <w:t>3. Municipal or public safety storage facilities;</w:t>
        <w:br/>
        <w:t>4. Small local businesses occupying 2,000 square feet or less;</w:t>
        <w:br/>
        <w:t>5. Retail establishments with ordinary onsite inventory storage accessory to retail sales.</w:t>
      </w:r>
    </w:p>
    <w:p>
      <w:pPr>
        <w:pStyle w:val="Heading2"/>
      </w:pPr>
      <w:r>
        <w:t>Section 5. Nonconforming Uses</w:t>
      </w:r>
    </w:p>
    <w:p>
      <w:r>
        <w:t>Any Large-Scale Distribution or Fulfillment Center lawfully operating prior to the effective date of this Ordinance may continue as a lawful nonconforming use, provided that:</w:t>
        <w:br/>
        <w:t>1. the use shall not expand beyond its existing footprint or operational capacity;</w:t>
        <w:br/>
        <w:t>2. no additional warehouse space or truck loading infrastructure shall be added; and</w:t>
        <w:br/>
        <w:t>3. if discontinued for a period exceeding twelve (12) consecutive months, the nonconforming status shall terminate.</w:t>
      </w:r>
    </w:p>
    <w:p>
      <w:pPr>
        <w:pStyle w:val="Heading2"/>
      </w:pPr>
      <w:r>
        <w:t>Section 6. Administration and Enforcement</w:t>
      </w:r>
    </w:p>
    <w:p>
      <w:r>
        <w:t>A. No permit, site plan approval, occupancy permit, or other municipal approval shall be issued for any use prohibited under this Ordinance.</w:t>
        <w:br/>
        <w:br/>
        <w:t>B. The Code Enforcement Officer of the Town of Hollis is authorized to enforce this Ordinance.</w:t>
        <w:br/>
        <w:br/>
        <w:t>C. Any violation of this Ordinance shall constitute a land use violation subject to:</w:t>
        <w:br/>
        <w:t>1. fines of not less than $500 per day per violation;</w:t>
        <w:br/>
        <w:t>2. injunctive relief;</w:t>
        <w:br/>
        <w:t>3. removal orders; and</w:t>
        <w:br/>
        <w:t>4. recovery of municipal enforcement costs and attorney’s fees as permitted by Maine law.</w:t>
      </w:r>
    </w:p>
    <w:p>
      <w:pPr>
        <w:pStyle w:val="Heading2"/>
      </w:pPr>
      <w:r>
        <w:t>Section 7. Severability</w:t>
      </w:r>
    </w:p>
    <w:p>
      <w:r>
        <w:t>Should any section or provision of this Ordinance be declared invalid by a court of competent jurisdiction, such decision shall not affect the validity of the remaining portions of the Ordinance.</w:t>
      </w:r>
    </w:p>
    <w:p>
      <w:pPr>
        <w:pStyle w:val="Heading2"/>
      </w:pPr>
      <w:r>
        <w:t>Section 8. Effective Date</w:t>
      </w:r>
    </w:p>
    <w:p>
      <w:r>
        <w:t>This Ordinance shall take effect immediately upon adoption by the Town of Hollis in accordance with Maine law and Town procedures.</w:t>
      </w:r>
    </w:p>
    <w:p>
      <w:r>
        <w:br/>
        <w:t>Adopted this _____ day of __________________, 20____.</w:t>
        <w:br/>
      </w:r>
    </w:p>
    <w:p>
      <w:r>
        <w:t>__________________________________</w:t>
      </w:r>
    </w:p>
    <w:p>
      <w:r>
        <w:t>Town Clerk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